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B1496C" w14:textId="77777777" w:rsidR="003D4EB0" w:rsidRDefault="00000000">
      <w:pPr>
        <w:pStyle w:val="Heading1"/>
      </w:pPr>
      <w:r>
        <w:t>Nasir Malik</w:t>
      </w:r>
    </w:p>
    <w:p w14:paraId="1F5A79FF" w14:textId="5AA0FB44" w:rsidR="003D4EB0" w:rsidRDefault="00000000">
      <w:r>
        <w:t>📧</w:t>
      </w:r>
      <w:hyperlink r:id="rId6" w:history="1">
        <w:r w:rsidR="002D6661" w:rsidRPr="002D6661">
          <w:rPr>
            <w:rStyle w:val="Hyperlink"/>
            <w:color w:val="000000" w:themeColor="text1"/>
          </w:rPr>
          <w:t>Email</w:t>
        </w:r>
      </w:hyperlink>
      <w:r w:rsidR="002D6661" w:rsidRPr="00B66656">
        <w:rPr>
          <w:rFonts w:ascii="Segoe UI Emoji" w:hAnsi="Segoe UI Emoji" w:cs="Segoe UI Emoji"/>
        </w:rPr>
        <w:t>🔗</w:t>
      </w:r>
      <w:r w:rsidR="002D6661">
        <w:t xml:space="preserve"> </w:t>
      </w:r>
      <w:r>
        <w:t xml:space="preserve">| </w:t>
      </w:r>
      <w:hyperlink r:id="rId7" w:history="1">
        <w:r w:rsidRPr="00B66656">
          <w:rPr>
            <w:rStyle w:val="Hyperlink"/>
            <w:rFonts w:ascii="Segoe UI Emoji" w:hAnsi="Segoe UI Emoji" w:cs="Segoe UI Emoji"/>
          </w:rPr>
          <w:t>🌐</w:t>
        </w:r>
        <w:r w:rsidRPr="002D6661">
          <w:rPr>
            <w:rStyle w:val="Hyperlink"/>
            <w:color w:val="auto"/>
          </w:rPr>
          <w:t xml:space="preserve"> Portfolio</w:t>
        </w:r>
        <w:r w:rsidR="002D6661" w:rsidRPr="00B66656">
          <w:rPr>
            <w:rFonts w:ascii="Segoe UI Emoji" w:hAnsi="Segoe UI Emoji" w:cs="Segoe UI Emoji"/>
          </w:rPr>
          <w:t>🔗</w:t>
        </w:r>
        <w:r w:rsidRPr="00B66656">
          <w:rPr>
            <w:rStyle w:val="Hyperlink"/>
          </w:rPr>
          <w:t>:</w:t>
        </w:r>
      </w:hyperlink>
      <w:r>
        <w:t xml:space="preserve"> | 💻 </w:t>
      </w:r>
      <w:hyperlink r:id="rId8" w:history="1">
        <w:r w:rsidRPr="002D6661">
          <w:rPr>
            <w:rStyle w:val="Hyperlink"/>
            <w:color w:val="auto"/>
          </w:rPr>
          <w:t>GitHub</w:t>
        </w:r>
      </w:hyperlink>
      <w:r w:rsidR="00B66656" w:rsidRPr="002D6661">
        <w:rPr>
          <w:rFonts w:ascii="Segoe UI Emoji" w:hAnsi="Segoe UI Emoji" w:cs="Segoe UI Emoji"/>
        </w:rPr>
        <w:t>🔗</w:t>
      </w:r>
    </w:p>
    <w:p w14:paraId="6D06E33B" w14:textId="77777777" w:rsidR="003D4EB0" w:rsidRDefault="00000000">
      <w:pPr>
        <w:pStyle w:val="Heading2"/>
      </w:pPr>
      <w:r>
        <w:t>Profile</w:t>
      </w:r>
    </w:p>
    <w:p w14:paraId="3C484618" w14:textId="77777777" w:rsidR="003D4EB0" w:rsidRDefault="00000000">
      <w:r>
        <w:t>Full-stack developer specialized in AI-integrated web applications, automation, and scalable back-end systems. Skilled in merging front-end precision with efficient server logic. Experienced in developing AI-powered workflows, CI/CD pipelines, and high-performance architectures for real-world use.</w:t>
      </w:r>
    </w:p>
    <w:p w14:paraId="3BB5E3B5" w14:textId="77777777" w:rsidR="003D4EB0" w:rsidRDefault="00000000">
      <w:pPr>
        <w:pStyle w:val="Heading2"/>
      </w:pPr>
      <w:r>
        <w:t>Technical Skills</w:t>
      </w:r>
    </w:p>
    <w:p w14:paraId="4BED5A30" w14:textId="77777777" w:rsidR="003D4EB0" w:rsidRDefault="00000000">
      <w:r>
        <w:t>Front-End: React, Tailwind CSS, CSS3, GSAP (Animations)</w:t>
      </w:r>
    </w:p>
    <w:p w14:paraId="6BA9CF8F" w14:textId="4D48E5A6" w:rsidR="003D4EB0" w:rsidRDefault="00000000">
      <w:r>
        <w:t>Back-End: Next.js, Node.js, Express, Prisma ORM, PostgreSQL, MongoDB</w:t>
      </w:r>
    </w:p>
    <w:p w14:paraId="6C8C7EE8" w14:textId="1EFE8F94" w:rsidR="003D4EB0" w:rsidRDefault="00000000">
      <w:r>
        <w:t xml:space="preserve">AI &amp; Automation: </w:t>
      </w:r>
      <w:proofErr w:type="spellStart"/>
      <w:r>
        <w:t>Vercel</w:t>
      </w:r>
      <w:proofErr w:type="spellEnd"/>
      <w:r>
        <w:t xml:space="preserve"> AI SDK, </w:t>
      </w:r>
      <w:proofErr w:type="spellStart"/>
      <w:r>
        <w:t>Inngest</w:t>
      </w:r>
      <w:proofErr w:type="spellEnd"/>
      <w:r>
        <w:t xml:space="preserve"> (AI agents &amp; </w:t>
      </w:r>
      <w:proofErr w:type="spellStart"/>
      <w:r>
        <w:t>cron</w:t>
      </w:r>
      <w:proofErr w:type="spellEnd"/>
      <w:r>
        <w:t xml:space="preserve"> workflows)</w:t>
      </w:r>
      <w:r w:rsidR="00237E0E">
        <w:t xml:space="preserve"> and Redis Bull MQ</w:t>
      </w:r>
    </w:p>
    <w:p w14:paraId="150F351C" w14:textId="45E9341E" w:rsidR="002D6661" w:rsidRDefault="00000000">
      <w:r>
        <w:t xml:space="preserve">DevOps: CI/CD pipelines (GitHub Actions, </w:t>
      </w:r>
      <w:proofErr w:type="spellStart"/>
      <w:r>
        <w:t>Vercel</w:t>
      </w:r>
      <w:proofErr w:type="spellEnd"/>
      <w:r>
        <w:t xml:space="preserve"> Deployments</w:t>
      </w:r>
      <w:r w:rsidR="00237E0E">
        <w:t>)</w:t>
      </w:r>
    </w:p>
    <w:p w14:paraId="76936B6E" w14:textId="7DC68E7F" w:rsidR="002D6661" w:rsidRDefault="002D6661" w:rsidP="002D6661">
      <w:pPr>
        <w:pStyle w:val="Heading2"/>
      </w:pPr>
      <w:r>
        <w:t>Experience:</w:t>
      </w:r>
    </w:p>
    <w:p w14:paraId="2C2C53FC" w14:textId="2C9C837C" w:rsidR="0083384B" w:rsidRPr="0083384B" w:rsidRDefault="0083384B" w:rsidP="0083384B">
      <w:pPr>
        <w:rPr>
          <w:lang w:val="en-GB"/>
        </w:rPr>
      </w:pPr>
      <w:r w:rsidRPr="0083384B">
        <w:rPr>
          <w:b/>
          <w:bCs/>
          <w:lang w:val="en-GB"/>
        </w:rPr>
        <w:t>AI ENGINEERING</w:t>
      </w:r>
      <w:r w:rsidR="00EE0154">
        <w:rPr>
          <w:b/>
          <w:bCs/>
          <w:lang w:val="en-GB"/>
        </w:rPr>
        <w:t>/LLM OPS</w:t>
      </w:r>
    </w:p>
    <w:p w14:paraId="3B9EBA45" w14:textId="3504E6B1" w:rsidR="0083384B" w:rsidRPr="0083384B" w:rsidRDefault="0083384B" w:rsidP="0083384B">
      <w:pPr>
        <w:rPr>
          <w:lang w:val="en-GB"/>
        </w:rPr>
      </w:pPr>
      <w:proofErr w:type="spellStart"/>
      <w:r w:rsidRPr="0083384B">
        <w:rPr>
          <w:b/>
          <w:bCs/>
          <w:lang w:val="en-GB"/>
        </w:rPr>
        <w:t>EconIQ</w:t>
      </w:r>
      <w:proofErr w:type="spellEnd"/>
      <w:r w:rsidRPr="0083384B">
        <w:rPr>
          <w:b/>
          <w:bCs/>
          <w:lang w:val="en-GB"/>
        </w:rPr>
        <w:t xml:space="preserve"> — AI Exam-Preparation Platform</w:t>
      </w:r>
      <w:r w:rsidRPr="0083384B">
        <w:rPr>
          <w:lang w:val="en-GB"/>
        </w:rPr>
        <w:br/>
      </w:r>
      <w:r w:rsidRPr="0083384B">
        <w:rPr>
          <w:i/>
          <w:iCs/>
          <w:lang w:val="en-GB"/>
        </w:rPr>
        <w:t xml:space="preserve">Cambridge A-Level Economics · </w:t>
      </w:r>
      <w:hyperlink r:id="rId9" w:tgtFrame="_blank" w:history="1">
        <w:r w:rsidRPr="0083384B">
          <w:rPr>
            <w:rStyle w:val="Hyperlink"/>
            <w:i/>
            <w:iCs/>
            <w:lang w:val="en-GB"/>
          </w:rPr>
          <w:t>econiq-prep.com</w:t>
        </w:r>
      </w:hyperlink>
      <w:r w:rsidRPr="0083384B">
        <w:rPr>
          <w:lang w:val="en-GB"/>
        </w:rPr>
        <w:br/>
        <w:t xml:space="preserve">AI &amp; Full-Stack Engineering · Solo </w:t>
      </w:r>
      <w:proofErr w:type="gramStart"/>
      <w:r w:rsidRPr="0083384B">
        <w:rPr>
          <w:lang w:val="en-GB"/>
        </w:rPr>
        <w:t>Project</w:t>
      </w:r>
      <w:r>
        <w:rPr>
          <w:lang w:val="en-GB"/>
        </w:rPr>
        <w:t>(</w:t>
      </w:r>
      <w:proofErr w:type="gramEnd"/>
      <w:r>
        <w:rPr>
          <w:lang w:val="en-GB"/>
        </w:rPr>
        <w:t>but in partnership with a business partner and marketing team)</w:t>
      </w:r>
      <w:r w:rsidRPr="0083384B">
        <w:rPr>
          <w:lang w:val="en-GB"/>
        </w:rPr>
        <w:t xml:space="preserve"> · 2026–Present</w:t>
      </w:r>
    </w:p>
    <w:p w14:paraId="3431E096" w14:textId="5E6536E1" w:rsidR="00844828" w:rsidRPr="0083384B" w:rsidRDefault="0083384B" w:rsidP="0083384B">
      <w:pPr>
        <w:rPr>
          <w:i/>
          <w:iCs/>
          <w:lang w:val="en-GB"/>
        </w:rPr>
      </w:pPr>
      <w:r w:rsidRPr="0083384B">
        <w:rPr>
          <w:i/>
          <w:iCs/>
          <w:lang w:val="en-GB"/>
        </w:rPr>
        <w:t>Past papers and mark schemes tell students what earns marks — never why they lost them, so practice rarely improves.</w:t>
      </w:r>
    </w:p>
    <w:p w14:paraId="456C4AF9" w14:textId="119BF8EB" w:rsidR="00844828" w:rsidRPr="00844828" w:rsidRDefault="0083384B" w:rsidP="00844828">
      <w:pPr>
        <w:numPr>
          <w:ilvl w:val="0"/>
          <w:numId w:val="15"/>
        </w:numPr>
        <w:rPr>
          <w:lang w:val="en-GB"/>
        </w:rPr>
      </w:pPr>
      <w:r w:rsidRPr="0083384B">
        <w:rPr>
          <w:b/>
          <w:bCs/>
          <w:lang w:val="en-GB"/>
        </w:rPr>
        <w:t>Built the grading engine</w:t>
      </w:r>
      <w:r w:rsidRPr="0083384B">
        <w:rPr>
          <w:lang w:val="en-GB"/>
        </w:rPr>
        <w:t xml:space="preserve"> — Scores written answers against the official Cambridge mark scheme and streams results to the UI over Server-Sent Events, returning a per-criterion verdict (earned / partial / missed) with the student's own sentences quoted back as evidence.</w:t>
      </w:r>
    </w:p>
    <w:p w14:paraId="4E0F1E29" w14:textId="77777777" w:rsidR="0083384B" w:rsidRPr="0083384B" w:rsidRDefault="0083384B" w:rsidP="0083384B">
      <w:pPr>
        <w:numPr>
          <w:ilvl w:val="0"/>
          <w:numId w:val="15"/>
        </w:numPr>
        <w:rPr>
          <w:lang w:val="en-GB"/>
        </w:rPr>
      </w:pPr>
      <w:r w:rsidRPr="0083384B">
        <w:rPr>
          <w:b/>
          <w:bCs/>
          <w:lang w:val="en-GB"/>
        </w:rPr>
        <w:t>Grounded the model in real examiner material</w:t>
      </w:r>
      <w:r w:rsidRPr="0083384B">
        <w:rPr>
          <w:lang w:val="en-GB"/>
        </w:rPr>
        <w:t xml:space="preserve"> — Vision AI converts an uploaded mark-scheme image into structured markdown once, so every later submission is graded against the same official wording. Handwriting OCR transcribes photographed answers into the same schema.</w:t>
      </w:r>
    </w:p>
    <w:p w14:paraId="3504E5B5" w14:textId="77777777" w:rsidR="0083384B" w:rsidRPr="0083384B" w:rsidRDefault="0083384B" w:rsidP="0083384B">
      <w:pPr>
        <w:numPr>
          <w:ilvl w:val="0"/>
          <w:numId w:val="15"/>
        </w:numPr>
        <w:rPr>
          <w:lang w:val="en-GB"/>
        </w:rPr>
      </w:pPr>
      <w:r w:rsidRPr="0083384B">
        <w:rPr>
          <w:b/>
          <w:bCs/>
          <w:lang w:val="en-GB"/>
        </w:rPr>
        <w:t>Designed prompt + schema-constrained output</w:t>
      </w:r>
      <w:r w:rsidRPr="0083384B">
        <w:rPr>
          <w:lang w:val="en-GB"/>
        </w:rPr>
        <w:t xml:space="preserve"> for consistent, schema-valid grading; multi-provider fallback and retries for reliability. Three models (Google, </w:t>
      </w:r>
      <w:proofErr w:type="spellStart"/>
      <w:r w:rsidRPr="0083384B">
        <w:rPr>
          <w:lang w:val="en-GB"/>
        </w:rPr>
        <w:t>Groq</w:t>
      </w:r>
      <w:proofErr w:type="spellEnd"/>
      <w:r w:rsidRPr="0083384B">
        <w:rPr>
          <w:lang w:val="en-GB"/>
        </w:rPr>
        <w:t xml:space="preserve">, </w:t>
      </w:r>
      <w:proofErr w:type="spellStart"/>
      <w:r w:rsidRPr="0083384B">
        <w:rPr>
          <w:lang w:val="en-GB"/>
        </w:rPr>
        <w:t>OpenRouter</w:t>
      </w:r>
      <w:proofErr w:type="spellEnd"/>
      <w:r w:rsidRPr="0083384B">
        <w:rPr>
          <w:lang w:val="en-GB"/>
        </w:rPr>
        <w:t>) behind one interface.</w:t>
      </w:r>
    </w:p>
    <w:p w14:paraId="17ED304A" w14:textId="77777777" w:rsidR="0083384B" w:rsidRDefault="0083384B" w:rsidP="0083384B">
      <w:pPr>
        <w:numPr>
          <w:ilvl w:val="0"/>
          <w:numId w:val="15"/>
        </w:numPr>
        <w:rPr>
          <w:lang w:val="en-GB"/>
        </w:rPr>
      </w:pPr>
      <w:r w:rsidRPr="0083384B">
        <w:rPr>
          <w:b/>
          <w:bCs/>
          <w:lang w:val="en-GB"/>
        </w:rPr>
        <w:lastRenderedPageBreak/>
        <w:t>Marks to the exam spec</w:t>
      </w:r>
      <w:r w:rsidRPr="0083384B">
        <w:rPr>
          <w:lang w:val="en-GB"/>
        </w:rPr>
        <w:t xml:space="preserve"> — Scores AO1, AO2, and AO3 separately, with a chains-of-reasoning trace per section, then converts missed points into revision notebooks.</w:t>
      </w:r>
    </w:p>
    <w:p w14:paraId="3EE8BBDC" w14:textId="673A5F28" w:rsidR="00844828" w:rsidRPr="00844828" w:rsidRDefault="00844828" w:rsidP="00844828">
      <w:pPr>
        <w:numPr>
          <w:ilvl w:val="0"/>
          <w:numId w:val="15"/>
        </w:numPr>
        <w:rPr>
          <w:b/>
          <w:bCs/>
          <w:lang w:val="en-GB"/>
        </w:rPr>
      </w:pPr>
      <w:r w:rsidRPr="00844828">
        <w:rPr>
          <w:b/>
          <w:bCs/>
          <w:lang w:val="en-GB"/>
        </w:rPr>
        <w:t>Production</w:t>
      </w:r>
      <w:r w:rsidRPr="00844828">
        <w:rPr>
          <w:lang w:val="en-GB"/>
        </w:rPr>
        <w:t xml:space="preserve"> — Live on </w:t>
      </w:r>
      <w:proofErr w:type="spellStart"/>
      <w:r w:rsidRPr="00844828">
        <w:rPr>
          <w:lang w:val="en-GB"/>
        </w:rPr>
        <w:t>Vercel</w:t>
      </w:r>
      <w:proofErr w:type="spellEnd"/>
      <w:r w:rsidRPr="00844828">
        <w:rPr>
          <w:lang w:val="en-GB"/>
        </w:rPr>
        <w:t>. Wrote the deployment pipeline, fixed live incidents and</w:t>
      </w:r>
      <w:r>
        <w:rPr>
          <w:lang w:val="en-GB"/>
        </w:rPr>
        <w:t xml:space="preserve"> </w:t>
      </w:r>
      <w:r w:rsidRPr="00844828">
        <w:rPr>
          <w:lang w:val="en-GB"/>
        </w:rPr>
        <w:t>performance issues, and iterated the product weekly from real student feedback</w:t>
      </w:r>
      <w:r>
        <w:rPr>
          <w:lang w:val="en-GB"/>
        </w:rPr>
        <w:t xml:space="preserve">. </w:t>
      </w:r>
      <w:r w:rsidRPr="00844828">
        <w:rPr>
          <w:lang w:val="en-GB"/>
        </w:rPr>
        <w:t>Took the idea from zero to a paid, deployed product used by real students</w:t>
      </w:r>
      <w:r>
        <w:rPr>
          <w:lang w:val="en-GB"/>
        </w:rPr>
        <w:t>.</w:t>
      </w:r>
    </w:p>
    <w:p w14:paraId="01625111" w14:textId="77777777" w:rsidR="0083384B" w:rsidRPr="0083384B" w:rsidRDefault="0083384B" w:rsidP="0083384B">
      <w:pPr>
        <w:numPr>
          <w:ilvl w:val="0"/>
          <w:numId w:val="15"/>
        </w:numPr>
        <w:rPr>
          <w:lang w:val="en-GB"/>
        </w:rPr>
      </w:pPr>
      <w:r w:rsidRPr="0083384B">
        <w:rPr>
          <w:b/>
          <w:bCs/>
          <w:lang w:val="en-GB"/>
        </w:rPr>
        <w:t>Full stack</w:t>
      </w:r>
      <w:r w:rsidRPr="0083384B">
        <w:rPr>
          <w:lang w:val="en-GB"/>
        </w:rPr>
        <w:t xml:space="preserve"> — Next.js 16 + React 19 + TypeScript; </w:t>
      </w:r>
      <w:proofErr w:type="spellStart"/>
      <w:r w:rsidRPr="0083384B">
        <w:rPr>
          <w:lang w:val="en-GB"/>
        </w:rPr>
        <w:t>NestJS</w:t>
      </w:r>
      <w:proofErr w:type="spellEnd"/>
      <w:r w:rsidRPr="0083384B">
        <w:rPr>
          <w:lang w:val="en-GB"/>
        </w:rPr>
        <w:t xml:space="preserve">, Prisma, PostgreSQL across 37 models; deployed on </w:t>
      </w:r>
      <w:proofErr w:type="spellStart"/>
      <w:r w:rsidRPr="0083384B">
        <w:rPr>
          <w:lang w:val="en-GB"/>
        </w:rPr>
        <w:t>Vercel</w:t>
      </w:r>
      <w:proofErr w:type="spellEnd"/>
      <w:r w:rsidRPr="0083384B">
        <w:rPr>
          <w:lang w:val="en-GB"/>
        </w:rPr>
        <w:t>, operated solo.</w:t>
      </w:r>
    </w:p>
    <w:p w14:paraId="5779C087" w14:textId="74DBDFE5" w:rsidR="005256D5" w:rsidRPr="005256D5" w:rsidRDefault="0083384B" w:rsidP="0083384B">
      <w:pPr>
        <w:rPr>
          <w:lang w:val="en-GB"/>
        </w:rPr>
      </w:pPr>
      <w:r w:rsidRPr="0083384B">
        <w:rPr>
          <w:b/>
          <w:bCs/>
          <w:lang w:val="en-GB"/>
        </w:rPr>
        <w:t>Tech:</w:t>
      </w:r>
      <w:r w:rsidRPr="0083384B">
        <w:rPr>
          <w:lang w:val="en-GB"/>
        </w:rPr>
        <w:t xml:space="preserve"> </w:t>
      </w:r>
      <w:proofErr w:type="spellStart"/>
      <w:r w:rsidRPr="0083384B">
        <w:rPr>
          <w:lang w:val="en-GB"/>
        </w:rPr>
        <w:t>Vercel</w:t>
      </w:r>
      <w:proofErr w:type="spellEnd"/>
      <w:r w:rsidRPr="0083384B">
        <w:rPr>
          <w:lang w:val="en-GB"/>
        </w:rPr>
        <w:t xml:space="preserve"> AI SDK · Google/</w:t>
      </w:r>
      <w:proofErr w:type="spellStart"/>
      <w:r w:rsidRPr="0083384B">
        <w:rPr>
          <w:lang w:val="en-GB"/>
        </w:rPr>
        <w:t>Groq</w:t>
      </w:r>
      <w:proofErr w:type="spellEnd"/>
      <w:r w:rsidRPr="0083384B">
        <w:rPr>
          <w:lang w:val="en-GB"/>
        </w:rPr>
        <w:t>/</w:t>
      </w:r>
      <w:proofErr w:type="spellStart"/>
      <w:r w:rsidRPr="0083384B">
        <w:rPr>
          <w:lang w:val="en-GB"/>
        </w:rPr>
        <w:t>OpenRouter</w:t>
      </w:r>
      <w:proofErr w:type="spellEnd"/>
      <w:r w:rsidRPr="0083384B">
        <w:rPr>
          <w:lang w:val="en-GB"/>
        </w:rPr>
        <w:t xml:space="preserve"> providers · SSE streaming · Zod schema validation · Vision AI · OCR · Next.js · React · TypeScript · </w:t>
      </w:r>
      <w:proofErr w:type="spellStart"/>
      <w:r w:rsidRPr="0083384B">
        <w:rPr>
          <w:lang w:val="en-GB"/>
        </w:rPr>
        <w:t>NestJS</w:t>
      </w:r>
      <w:proofErr w:type="spellEnd"/>
      <w:r w:rsidRPr="0083384B">
        <w:rPr>
          <w:lang w:val="en-GB"/>
        </w:rPr>
        <w:t xml:space="preserve"> · Prisma · PostgreSQL</w:t>
      </w:r>
    </w:p>
    <w:p w14:paraId="4714A569" w14:textId="092D6111" w:rsidR="00237E0E" w:rsidRPr="00237E0E" w:rsidRDefault="00237E0E" w:rsidP="00237E0E">
      <w:pPr>
        <w:rPr>
          <w:lang w:val="en-GB"/>
        </w:rPr>
      </w:pPr>
      <w:r w:rsidRPr="00237E0E">
        <w:rPr>
          <w:b/>
          <w:bCs/>
          <w:lang w:val="en-GB"/>
        </w:rPr>
        <w:t xml:space="preserve">Full-Stack Web Developer — </w:t>
      </w:r>
      <w:proofErr w:type="spellStart"/>
      <w:r w:rsidRPr="00237E0E">
        <w:rPr>
          <w:b/>
          <w:bCs/>
          <w:lang w:val="en-GB"/>
        </w:rPr>
        <w:t>Webko</w:t>
      </w:r>
      <w:proofErr w:type="spellEnd"/>
      <w:r w:rsidRPr="00237E0E">
        <w:rPr>
          <w:lang w:val="en-GB"/>
        </w:rPr>
        <w:br/>
      </w:r>
      <w:r w:rsidRPr="00237E0E">
        <w:rPr>
          <w:i/>
          <w:iCs/>
          <w:lang w:val="en-GB"/>
        </w:rPr>
        <w:t>Saudi Arabia-based Company | May 2023 – September 2026</w:t>
      </w:r>
      <w:r w:rsidR="005256D5">
        <w:rPr>
          <w:i/>
          <w:iCs/>
          <w:lang w:val="en-GB"/>
        </w:rPr>
        <w:t xml:space="preserve"> | </w:t>
      </w:r>
      <w:hyperlink r:id="rId10" w:history="1">
        <w:r w:rsidR="005256D5" w:rsidRPr="00582C64">
          <w:rPr>
            <w:rStyle w:val="Hyperlink"/>
            <w:b/>
            <w:bCs/>
            <w:lang w:val="en-GB"/>
          </w:rPr>
          <w:t>www.wébko.com/</w:t>
        </w:r>
      </w:hyperlink>
      <w:r w:rsidR="005256D5" w:rsidRPr="0083384B">
        <w:rPr>
          <w:i/>
          <w:iCs/>
          <w:lang w:val="en-GB"/>
        </w:rPr>
        <w:t xml:space="preserve"> </w:t>
      </w:r>
    </w:p>
    <w:p w14:paraId="7E1A8B53" w14:textId="77777777" w:rsidR="00237E0E" w:rsidRPr="00237E0E" w:rsidRDefault="00237E0E" w:rsidP="00237E0E">
      <w:pPr>
        <w:numPr>
          <w:ilvl w:val="0"/>
          <w:numId w:val="14"/>
        </w:numPr>
        <w:rPr>
          <w:lang w:val="en-GB"/>
        </w:rPr>
      </w:pPr>
      <w:r w:rsidRPr="00237E0E">
        <w:rPr>
          <w:lang w:val="en-GB"/>
        </w:rPr>
        <w:t>Built, shipped, and maintained full-stack web applications for client requirements, delivering functional products rather than isolated prototypes.</w:t>
      </w:r>
    </w:p>
    <w:p w14:paraId="5B5FFBB7" w14:textId="77777777" w:rsidR="00237E0E" w:rsidRPr="00237E0E" w:rsidRDefault="00237E0E" w:rsidP="00237E0E">
      <w:pPr>
        <w:numPr>
          <w:ilvl w:val="0"/>
          <w:numId w:val="14"/>
        </w:numPr>
        <w:rPr>
          <w:lang w:val="en-GB"/>
        </w:rPr>
      </w:pPr>
      <w:r w:rsidRPr="00237E0E">
        <w:rPr>
          <w:lang w:val="en-GB"/>
        </w:rPr>
        <w:t>Developed responsive interfaces with Next.js, React, TypeScript, and Tailwind CSS, using reusable components and maintainable layouts.</w:t>
      </w:r>
    </w:p>
    <w:p w14:paraId="0C489265" w14:textId="77777777" w:rsidR="00237E0E" w:rsidRPr="00237E0E" w:rsidRDefault="00237E0E" w:rsidP="00237E0E">
      <w:pPr>
        <w:numPr>
          <w:ilvl w:val="0"/>
          <w:numId w:val="14"/>
        </w:numPr>
        <w:rPr>
          <w:lang w:val="en-GB"/>
        </w:rPr>
      </w:pPr>
      <w:r w:rsidRPr="00237E0E">
        <w:rPr>
          <w:lang w:val="en-GB"/>
        </w:rPr>
        <w:t xml:space="preserve">Built type-safe APIs with </w:t>
      </w:r>
      <w:proofErr w:type="spellStart"/>
      <w:r w:rsidRPr="00237E0E">
        <w:rPr>
          <w:lang w:val="en-GB"/>
        </w:rPr>
        <w:t>tRPC</w:t>
      </w:r>
      <w:proofErr w:type="spellEnd"/>
      <w:r w:rsidRPr="00237E0E">
        <w:rPr>
          <w:lang w:val="en-GB"/>
        </w:rPr>
        <w:t xml:space="preserve"> and backend logic with Node.js, covering authentication flows, data access, and server-side functionality.</w:t>
      </w:r>
    </w:p>
    <w:p w14:paraId="5724EA48" w14:textId="77777777" w:rsidR="00237E0E" w:rsidRPr="00237E0E" w:rsidRDefault="00237E0E" w:rsidP="00237E0E">
      <w:pPr>
        <w:numPr>
          <w:ilvl w:val="0"/>
          <w:numId w:val="14"/>
        </w:numPr>
        <w:rPr>
          <w:lang w:val="en-GB"/>
        </w:rPr>
      </w:pPr>
      <w:r w:rsidRPr="00237E0E">
        <w:rPr>
          <w:lang w:val="en-GB"/>
        </w:rPr>
        <w:t>Designed relational data models with Prisma and PostgreSQL, with attention to schema quality and query performance.</w:t>
      </w:r>
    </w:p>
    <w:p w14:paraId="3E3CB1D6" w14:textId="77777777" w:rsidR="00237E0E" w:rsidRPr="00237E0E" w:rsidRDefault="00237E0E" w:rsidP="00237E0E">
      <w:pPr>
        <w:numPr>
          <w:ilvl w:val="0"/>
          <w:numId w:val="14"/>
        </w:numPr>
        <w:rPr>
          <w:lang w:val="en-GB"/>
        </w:rPr>
      </w:pPr>
      <w:r w:rsidRPr="00237E0E">
        <w:rPr>
          <w:lang w:val="en-GB"/>
        </w:rPr>
        <w:t xml:space="preserve">Worked with </w:t>
      </w:r>
      <w:proofErr w:type="spellStart"/>
      <w:r w:rsidRPr="00237E0E">
        <w:rPr>
          <w:lang w:val="en-GB"/>
        </w:rPr>
        <w:t>NestJS</w:t>
      </w:r>
      <w:proofErr w:type="spellEnd"/>
      <w:r w:rsidRPr="00237E0E">
        <w:rPr>
          <w:lang w:val="en-GB"/>
        </w:rPr>
        <w:t xml:space="preserve"> for structured backend services and modular separation of responsibilities.</w:t>
      </w:r>
    </w:p>
    <w:p w14:paraId="397F24E0" w14:textId="77777777" w:rsidR="00237E0E" w:rsidRPr="00237E0E" w:rsidRDefault="00237E0E" w:rsidP="00237E0E">
      <w:pPr>
        <w:numPr>
          <w:ilvl w:val="0"/>
          <w:numId w:val="14"/>
        </w:numPr>
        <w:rPr>
          <w:lang w:val="en-GB"/>
        </w:rPr>
      </w:pPr>
      <w:r w:rsidRPr="00237E0E">
        <w:rPr>
          <w:lang w:val="en-GB"/>
        </w:rPr>
        <w:t xml:space="preserve">Integrated AI-powered features using structured prompts and controlled outputs; orchestrated asynchronous jobs and event-driven workflows with </w:t>
      </w:r>
      <w:proofErr w:type="spellStart"/>
      <w:r w:rsidRPr="00237E0E">
        <w:rPr>
          <w:lang w:val="en-GB"/>
        </w:rPr>
        <w:t>Inngest</w:t>
      </w:r>
      <w:proofErr w:type="spellEnd"/>
      <w:r w:rsidRPr="00237E0E">
        <w:rPr>
          <w:lang w:val="en-GB"/>
        </w:rPr>
        <w:t>.</w:t>
      </w:r>
    </w:p>
    <w:p w14:paraId="5DB67FD0" w14:textId="77777777" w:rsidR="00237E0E" w:rsidRPr="00237E0E" w:rsidRDefault="00237E0E" w:rsidP="00237E0E">
      <w:pPr>
        <w:numPr>
          <w:ilvl w:val="0"/>
          <w:numId w:val="14"/>
        </w:numPr>
        <w:rPr>
          <w:lang w:val="en-GB"/>
        </w:rPr>
      </w:pPr>
      <w:r w:rsidRPr="00237E0E">
        <w:rPr>
          <w:lang w:val="en-GB"/>
        </w:rPr>
        <w:t xml:space="preserve">Managed deployments, environment configuration, production builds, and delivery workflows using </w:t>
      </w:r>
      <w:proofErr w:type="spellStart"/>
      <w:r w:rsidRPr="00237E0E">
        <w:rPr>
          <w:lang w:val="en-GB"/>
        </w:rPr>
        <w:t>Vercel</w:t>
      </w:r>
      <w:proofErr w:type="spellEnd"/>
      <w:r w:rsidRPr="00237E0E">
        <w:rPr>
          <w:lang w:val="en-GB"/>
        </w:rPr>
        <w:t>, AWS, and CI/CD practices.</w:t>
      </w:r>
    </w:p>
    <w:p w14:paraId="30F0D74F" w14:textId="77777777" w:rsidR="00237E0E" w:rsidRPr="00237E0E" w:rsidRDefault="00237E0E" w:rsidP="00237E0E"/>
    <w:p w14:paraId="792954C2" w14:textId="6D2DBF09" w:rsidR="002D6661" w:rsidRPr="002D6661" w:rsidRDefault="002D6661" w:rsidP="002D6661">
      <w:pPr>
        <w:rPr>
          <w:lang w:val="en-GB"/>
        </w:rPr>
      </w:pPr>
      <w:r w:rsidRPr="002D6661">
        <w:rPr>
          <w:b/>
          <w:bCs/>
          <w:lang w:val="en-GB"/>
        </w:rPr>
        <w:t>Freelance Full-Stack Developer (Remote</w:t>
      </w:r>
      <w:r w:rsidR="00237E0E">
        <w:rPr>
          <w:b/>
          <w:bCs/>
          <w:lang w:val="en-GB"/>
        </w:rPr>
        <w:t xml:space="preserve"> </w:t>
      </w:r>
      <w:r w:rsidRPr="002D6661">
        <w:rPr>
          <w:b/>
          <w:bCs/>
          <w:lang w:val="en-GB"/>
        </w:rPr>
        <w:t>202</w:t>
      </w:r>
      <w:r w:rsidR="00237E0E">
        <w:rPr>
          <w:b/>
          <w:bCs/>
          <w:lang w:val="en-GB"/>
        </w:rPr>
        <w:t>2</w:t>
      </w:r>
      <w:r w:rsidRPr="002D6661">
        <w:rPr>
          <w:b/>
          <w:bCs/>
          <w:lang w:val="en-GB"/>
        </w:rPr>
        <w:t xml:space="preserve"> </w:t>
      </w:r>
      <w:r w:rsidR="00237E0E">
        <w:rPr>
          <w:b/>
          <w:bCs/>
          <w:lang w:val="en-GB"/>
        </w:rPr>
        <w:t>to</w:t>
      </w:r>
      <w:r w:rsidRPr="002D6661">
        <w:rPr>
          <w:b/>
          <w:bCs/>
          <w:lang w:val="en-GB"/>
        </w:rPr>
        <w:t xml:space="preserve"> </w:t>
      </w:r>
      <w:r w:rsidR="00237E0E">
        <w:rPr>
          <w:b/>
          <w:bCs/>
          <w:lang w:val="en-GB"/>
        </w:rPr>
        <w:t>2023</w:t>
      </w:r>
      <w:r w:rsidRPr="002D6661">
        <w:rPr>
          <w:b/>
          <w:bCs/>
          <w:lang w:val="en-GB"/>
        </w:rPr>
        <w:t>)</w:t>
      </w:r>
      <w:r w:rsidRPr="002D6661">
        <w:rPr>
          <w:lang w:val="en-GB"/>
        </w:rPr>
        <w:br/>
        <w:t>• Delivered SaaS and AI-driven apps for startups using Next.js, Prisma, and Tailwind CSS.</w:t>
      </w:r>
      <w:r w:rsidRPr="002D6661">
        <w:rPr>
          <w:lang w:val="en-GB"/>
        </w:rPr>
        <w:br/>
        <w:t>• Created admin dashboards with analytics and Chart.js data visualization.</w:t>
      </w:r>
      <w:r w:rsidRPr="002D6661">
        <w:rPr>
          <w:lang w:val="en-GB"/>
        </w:rPr>
        <w:br/>
        <w:t>• Managed client delivery cycles via GitHub and agile workflows.</w:t>
      </w:r>
    </w:p>
    <w:p w14:paraId="66BABF09" w14:textId="064770FF" w:rsidR="002D6661" w:rsidRPr="002D6661" w:rsidRDefault="002D6661" w:rsidP="002D6661">
      <w:pPr>
        <w:rPr>
          <w:lang w:val="en-GB"/>
        </w:rPr>
      </w:pPr>
      <w:r w:rsidRPr="002D6661">
        <w:rPr>
          <w:b/>
          <w:bCs/>
          <w:lang w:val="en-GB"/>
        </w:rPr>
        <w:t>Open-Source Contributor (</w:t>
      </w:r>
      <w:proofErr w:type="spellStart"/>
      <w:r w:rsidRPr="002D6661">
        <w:rPr>
          <w:b/>
          <w:bCs/>
          <w:lang w:val="en-GB"/>
        </w:rPr>
        <w:t>AskGanjiswag</w:t>
      </w:r>
      <w:proofErr w:type="spellEnd"/>
      <w:r w:rsidRPr="002D6661">
        <w:rPr>
          <w:b/>
          <w:bCs/>
          <w:lang w:val="en-GB"/>
        </w:rPr>
        <w:t xml:space="preserve"> AI, 2024)</w:t>
      </w:r>
      <w:r w:rsidRPr="002D6661">
        <w:rPr>
          <w:lang w:val="en-GB"/>
        </w:rPr>
        <w:br/>
        <w:t>• Processed 200+ podcast episodes into a structured, searchable dataset.</w:t>
      </w:r>
      <w:r w:rsidRPr="002D6661">
        <w:rPr>
          <w:lang w:val="en-GB"/>
        </w:rPr>
        <w:br/>
        <w:t>• Implemented AI search returning timestamped video insights instantly.</w:t>
      </w:r>
      <w:r w:rsidRPr="002D6661">
        <w:rPr>
          <w:lang w:val="en-GB"/>
        </w:rPr>
        <w:br/>
        <w:t>• Enhanced knowledge accessibility for non-technical users.</w:t>
      </w:r>
    </w:p>
    <w:p w14:paraId="06A49748" w14:textId="45559041" w:rsidR="003D4EB0" w:rsidRDefault="00000000">
      <w:pPr>
        <w:pStyle w:val="Heading2"/>
      </w:pPr>
      <w:r>
        <w:lastRenderedPageBreak/>
        <w:t>Projects</w:t>
      </w:r>
      <w:r w:rsidR="002D6661">
        <w:t>:</w:t>
      </w:r>
    </w:p>
    <w:p w14:paraId="734C6059" w14:textId="72BB4581" w:rsidR="003D4EB0" w:rsidRDefault="00B66656">
      <w:r>
        <w:rPr>
          <w:rFonts w:ascii="Segoe UI Emoji" w:hAnsi="Segoe UI Emoji" w:cs="Segoe UI Emoji"/>
        </w:rPr>
        <w:t>🔗</w:t>
      </w:r>
      <w:r>
        <w:t xml:space="preserve"> </w:t>
      </w:r>
      <w:hyperlink r:id="rId11" w:history="1">
        <w:r w:rsidRPr="00B66656">
          <w:rPr>
            <w:rStyle w:val="Hyperlink"/>
            <w:color w:val="000000" w:themeColor="text1"/>
          </w:rPr>
          <w:t>AI Travel Itinerary SaaS App</w:t>
        </w:r>
      </w:hyperlink>
      <w:r>
        <w:br/>
        <w:t xml:space="preserve">AI-powered platform that generates custom travel plans using </w:t>
      </w:r>
      <w:r w:rsidR="00237E0E">
        <w:t>AI</w:t>
      </w:r>
      <w:r>
        <w:t>. Built with Next.js, Prisma, and MongoDB</w:t>
      </w:r>
      <w:r w:rsidR="00237E0E">
        <w:t xml:space="preserve"> and Nest JS</w:t>
      </w:r>
      <w:r>
        <w:t>. Automates itinerary generation, price estimates, and trip storage, including randomized travel imagery for user engagement.</w:t>
      </w:r>
      <w:r>
        <w:br/>
      </w:r>
    </w:p>
    <w:p w14:paraId="54192334" w14:textId="52A86909" w:rsidR="003D4EB0" w:rsidRDefault="00B66656">
      <w:r>
        <w:rPr>
          <w:rFonts w:ascii="Segoe UI Emoji" w:hAnsi="Segoe UI Emoji" w:cs="Segoe UI Emoji"/>
        </w:rPr>
        <w:t>🔗</w:t>
      </w:r>
      <w:r w:rsidRPr="00B66656">
        <w:rPr>
          <w:color w:val="000000" w:themeColor="text1"/>
        </w:rPr>
        <w:t xml:space="preserve"> </w:t>
      </w:r>
      <w:hyperlink r:id="rId12" w:history="1">
        <w:r w:rsidRPr="00B66656">
          <w:rPr>
            <w:rStyle w:val="Hyperlink"/>
            <w:color w:val="000000" w:themeColor="text1"/>
          </w:rPr>
          <w:t>AI Website Builder</w:t>
        </w:r>
      </w:hyperlink>
      <w:r>
        <w:br/>
        <w:t xml:space="preserve">Prompt-based web app that constructs entire landing pages using </w:t>
      </w:r>
      <w:r w:rsidR="00237E0E">
        <w:t>AI</w:t>
      </w:r>
      <w:r>
        <w:t>. Generates responsive designs and deployable code structures with one-click export.</w:t>
      </w:r>
      <w:r>
        <w:br/>
      </w:r>
    </w:p>
    <w:p w14:paraId="636858E1" w14:textId="5395A3F7" w:rsidR="003D4EB0" w:rsidRDefault="00B66656">
      <w:r>
        <w:rPr>
          <w:rFonts w:ascii="Segoe UI Emoji" w:hAnsi="Segoe UI Emoji" w:cs="Segoe UI Emoji"/>
        </w:rPr>
        <w:t>🔗</w:t>
      </w:r>
      <w:r>
        <w:t xml:space="preserve"> </w:t>
      </w:r>
      <w:hyperlink r:id="rId13" w:history="1">
        <w:r w:rsidRPr="00B66656">
          <w:rPr>
            <w:rStyle w:val="Hyperlink"/>
            <w:color w:val="000000" w:themeColor="text1"/>
          </w:rPr>
          <w:t>LMS Platform</w:t>
        </w:r>
      </w:hyperlink>
      <w:r>
        <w:br/>
        <w:t>Learning Management System with secure authentication, teacher-student role management, course tracking, and AI-driven feedback. Built with Next.js, Prisma, and PostgreSQL.</w:t>
      </w:r>
      <w:r>
        <w:br/>
      </w:r>
    </w:p>
    <w:p w14:paraId="7FF92038" w14:textId="74BB11EC" w:rsidR="002D6661" w:rsidRDefault="00B66656" w:rsidP="002D6661">
      <w:r>
        <w:rPr>
          <w:rFonts w:ascii="Segoe UI Emoji" w:hAnsi="Segoe UI Emoji" w:cs="Segoe UI Emoji"/>
        </w:rPr>
        <w:t>🔗</w:t>
      </w:r>
      <w:r>
        <w:t xml:space="preserve"> </w:t>
      </w:r>
      <w:hyperlink r:id="rId14" w:history="1">
        <w:proofErr w:type="spellStart"/>
        <w:r w:rsidRPr="00B66656">
          <w:rPr>
            <w:rStyle w:val="Hyperlink"/>
            <w:color w:val="000000" w:themeColor="text1"/>
          </w:rPr>
          <w:t>AskGanjiswagAI</w:t>
        </w:r>
        <w:proofErr w:type="spellEnd"/>
      </w:hyperlink>
      <w:r w:rsidRPr="00B66656">
        <w:rPr>
          <w:color w:val="000000" w:themeColor="text1"/>
        </w:rPr>
        <w:t>-</w:t>
      </w:r>
      <w:r>
        <w:t>Open-Source contribution</w:t>
      </w:r>
      <w:r>
        <w:br/>
        <w:t xml:space="preserve">AI-powered knowledge retrieval </w:t>
      </w:r>
      <w:proofErr w:type="gramStart"/>
      <w:r>
        <w:t>system(</w:t>
      </w:r>
      <w:proofErr w:type="gramEnd"/>
      <w:r>
        <w:t xml:space="preserve">RAG) based on 200+ Ask </w:t>
      </w:r>
      <w:proofErr w:type="spellStart"/>
      <w:r>
        <w:t>Ganjiswag</w:t>
      </w:r>
      <w:proofErr w:type="spellEnd"/>
      <w:r>
        <w:t xml:space="preserve"> podcast episodes. Fetches timestamped answers and video links to user queries from a cleaned and structured dataset—enabling instant access to context-rich insights.</w:t>
      </w:r>
      <w:r>
        <w:br/>
      </w:r>
    </w:p>
    <w:p w14:paraId="47461116" w14:textId="7E8BD9A9" w:rsidR="002D6661" w:rsidRPr="002D6661" w:rsidRDefault="002D6661" w:rsidP="002D6661">
      <w:pPr>
        <w:pStyle w:val="Heading2"/>
      </w:pPr>
      <w:r>
        <w:t>Education:</w:t>
      </w:r>
    </w:p>
    <w:p w14:paraId="129E67A4" w14:textId="1B73BC50" w:rsidR="003D4EB0" w:rsidRDefault="00000000">
      <w:r>
        <w:t>A-Level Certificate — Focus on Computer Science (Special Emphasis on Data Structures &amp; Algorithms)</w:t>
      </w:r>
      <w:r>
        <w:br/>
      </w:r>
      <w:r w:rsidR="009E6867">
        <w:t>P</w:t>
      </w:r>
      <w:r w:rsidR="00C16046">
        <w:t xml:space="preserve">ursuing BS computer science in Institute of management </w:t>
      </w:r>
      <w:proofErr w:type="gramStart"/>
      <w:r w:rsidR="00C16046">
        <w:t>sciences(</w:t>
      </w:r>
      <w:proofErr w:type="spellStart"/>
      <w:proofErr w:type="gramEnd"/>
      <w:r w:rsidR="00C16046">
        <w:t>IMsciences</w:t>
      </w:r>
      <w:proofErr w:type="spellEnd"/>
      <w:r w:rsidR="00C16046">
        <w:t>), Peshawar</w:t>
      </w:r>
    </w:p>
    <w:sectPr w:rsidR="003D4EB0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3F2DAD"/>
    <w:multiLevelType w:val="multilevel"/>
    <w:tmpl w:val="FA645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BF61DF9"/>
    <w:multiLevelType w:val="multilevel"/>
    <w:tmpl w:val="02885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7265F95"/>
    <w:multiLevelType w:val="multilevel"/>
    <w:tmpl w:val="2902A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FA964A8"/>
    <w:multiLevelType w:val="multilevel"/>
    <w:tmpl w:val="780C0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A7E5B3D"/>
    <w:multiLevelType w:val="multilevel"/>
    <w:tmpl w:val="FD9E5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B6763F8"/>
    <w:multiLevelType w:val="multilevel"/>
    <w:tmpl w:val="C0306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66465047">
    <w:abstractNumId w:val="8"/>
  </w:num>
  <w:num w:numId="2" w16cid:durableId="1555846957">
    <w:abstractNumId w:val="6"/>
  </w:num>
  <w:num w:numId="3" w16cid:durableId="388460303">
    <w:abstractNumId w:val="5"/>
  </w:num>
  <w:num w:numId="4" w16cid:durableId="2133398738">
    <w:abstractNumId w:val="4"/>
  </w:num>
  <w:num w:numId="5" w16cid:durableId="95565574">
    <w:abstractNumId w:val="7"/>
  </w:num>
  <w:num w:numId="6" w16cid:durableId="1325821746">
    <w:abstractNumId w:val="3"/>
  </w:num>
  <w:num w:numId="7" w16cid:durableId="1876967199">
    <w:abstractNumId w:val="2"/>
  </w:num>
  <w:num w:numId="8" w16cid:durableId="287974127">
    <w:abstractNumId w:val="1"/>
  </w:num>
  <w:num w:numId="9" w16cid:durableId="640043902">
    <w:abstractNumId w:val="0"/>
  </w:num>
  <w:num w:numId="10" w16cid:durableId="1160002380">
    <w:abstractNumId w:val="13"/>
  </w:num>
  <w:num w:numId="11" w16cid:durableId="851534580">
    <w:abstractNumId w:val="10"/>
  </w:num>
  <w:num w:numId="12" w16cid:durableId="886071150">
    <w:abstractNumId w:val="9"/>
  </w:num>
  <w:num w:numId="13" w16cid:durableId="2022971381">
    <w:abstractNumId w:val="11"/>
  </w:num>
  <w:num w:numId="14" w16cid:durableId="189688541">
    <w:abstractNumId w:val="12"/>
  </w:num>
  <w:num w:numId="15" w16cid:durableId="11117570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37E0E"/>
    <w:rsid w:val="0029639D"/>
    <w:rsid w:val="002D6661"/>
    <w:rsid w:val="00326F90"/>
    <w:rsid w:val="003D4EB0"/>
    <w:rsid w:val="005256D5"/>
    <w:rsid w:val="006945E2"/>
    <w:rsid w:val="0083384B"/>
    <w:rsid w:val="00844828"/>
    <w:rsid w:val="008D43B4"/>
    <w:rsid w:val="009912FB"/>
    <w:rsid w:val="009E6867"/>
    <w:rsid w:val="00AA1D8D"/>
    <w:rsid w:val="00B47730"/>
    <w:rsid w:val="00B66656"/>
    <w:rsid w:val="00C16046"/>
    <w:rsid w:val="00C40CE8"/>
    <w:rsid w:val="00CB0664"/>
    <w:rsid w:val="00EE015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C32CCEB"/>
  <w14:defaultImageDpi w14:val="300"/>
  <w15:docId w15:val="{1C093D53-2D5E-4976-9D66-6A4A0D543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B6665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6665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6665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44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9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2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1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1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5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ithub.com/Mitalicops-Nasir" TargetMode="External"/><Relationship Id="rId13" Type="http://schemas.openxmlformats.org/officeDocument/2006/relationships/hyperlink" Target="https://lms-platform-jade.vercel.app" TargetMode="External"/><Relationship Id="rId3" Type="http://schemas.openxmlformats.org/officeDocument/2006/relationships/styles" Target="styles.xml"/><Relationship Id="rId7" Type="http://schemas.openxmlformats.org/officeDocument/2006/relationships/hyperlink" Target="https://my-portfolio-site-iota.vercel.app/" TargetMode="External"/><Relationship Id="rId12" Type="http://schemas.openxmlformats.org/officeDocument/2006/relationships/hyperlink" Target="https://ai-website-builder-brown.vercel.app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mailto:mitalicops@gmail.com" TargetMode="External"/><Relationship Id="rId11" Type="http://schemas.openxmlformats.org/officeDocument/2006/relationships/hyperlink" Target="https://ai-travel-itinerary-planner-two.vercel.app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w&#233;bko.com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coniq-prep.com/" TargetMode="External"/><Relationship Id="rId14" Type="http://schemas.openxmlformats.org/officeDocument/2006/relationships/hyperlink" Target="https://ask-ganjiswag-ai.vercel.ap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</Pages>
  <Words>835</Words>
  <Characters>4765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5589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Mitalic Ops</cp:lastModifiedBy>
  <cp:revision>9</cp:revision>
  <dcterms:created xsi:type="dcterms:W3CDTF">2013-12-23T23:15:00Z</dcterms:created>
  <dcterms:modified xsi:type="dcterms:W3CDTF">2026-10-13T16:18:00Z</dcterms:modified>
  <cp:category/>
</cp:coreProperties>
</file>